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8EC61E2" w14:textId="77777777" w:rsidR="00F6143F" w:rsidRPr="00B6240E" w:rsidRDefault="00000000">
      <w:pPr>
        <w:spacing w:after="40"/>
        <w:jc w:val="center"/>
        <w:rPr>
          <w:rFonts w:ascii="Verdana" w:hAnsi="Verdana"/>
        </w:rPr>
      </w:pPr>
      <w:r w:rsidRPr="00B6240E">
        <w:rPr>
          <w:rFonts w:ascii="Verdana" w:hAnsi="Verdana"/>
          <w:b/>
          <w:color w:val="1F425B"/>
          <w:sz w:val="34"/>
        </w:rPr>
        <w:t>XII CONGRESO DE HISTORIA COMARCAL</w:t>
      </w:r>
    </w:p>
    <w:p w14:paraId="6F73C19D" w14:textId="77777777" w:rsidR="00F6143F" w:rsidRPr="00B6240E" w:rsidRDefault="00000000">
      <w:pPr>
        <w:spacing w:after="80"/>
        <w:jc w:val="center"/>
        <w:rPr>
          <w:rFonts w:ascii="Verdana" w:hAnsi="Verdana"/>
        </w:rPr>
      </w:pPr>
      <w:r w:rsidRPr="00B6240E">
        <w:rPr>
          <w:rFonts w:ascii="Verdana" w:hAnsi="Verdana"/>
          <w:b/>
          <w:color w:val="375769"/>
          <w:sz w:val="22"/>
        </w:rPr>
        <w:t>LA MESETA DE REQUENA-UTIEL ANTE LA ENCRUCIJADA CLIMÁTICA</w:t>
      </w:r>
      <w:r w:rsidRPr="00B6240E">
        <w:rPr>
          <w:rFonts w:ascii="Verdana" w:hAnsi="Verdana"/>
          <w:i/>
        </w:rPr>
        <w:br/>
      </w:r>
      <w:r w:rsidRPr="00B6240E">
        <w:rPr>
          <w:rFonts w:ascii="Verdana" w:hAnsi="Verdana"/>
          <w:b/>
          <w:color w:val="375769"/>
          <w:sz w:val="22"/>
        </w:rPr>
        <w:t>Consecuencias económicas, sociales y paisajísticas</w:t>
      </w:r>
    </w:p>
    <w:p w14:paraId="46D78BD0" w14:textId="77777777" w:rsidR="00F6143F" w:rsidRPr="00B6240E" w:rsidRDefault="00000000">
      <w:pPr>
        <w:spacing w:after="20"/>
        <w:jc w:val="center"/>
        <w:rPr>
          <w:rFonts w:ascii="Verdana" w:hAnsi="Verdana"/>
        </w:rPr>
      </w:pPr>
      <w:r w:rsidRPr="00B6240E">
        <w:rPr>
          <w:rFonts w:ascii="Verdana" w:hAnsi="Verdana"/>
          <w:b/>
          <w:color w:val="1F425B"/>
          <w:sz w:val="20"/>
        </w:rPr>
        <w:t>DEL 6 AL 8 DE NOVIEMBRE DE 2026</w:t>
      </w:r>
    </w:p>
    <w:p w14:paraId="561B7411" w14:textId="77777777" w:rsidR="00F6143F" w:rsidRPr="00B6240E" w:rsidRDefault="00000000">
      <w:pPr>
        <w:spacing w:after="80"/>
        <w:jc w:val="center"/>
        <w:rPr>
          <w:rFonts w:ascii="Verdana" w:hAnsi="Verdana"/>
        </w:rPr>
      </w:pPr>
      <w:r w:rsidRPr="00B6240E">
        <w:rPr>
          <w:rFonts w:ascii="Verdana" w:hAnsi="Verdana"/>
          <w:b/>
          <w:color w:val="4B555C"/>
        </w:rPr>
        <w:t>REQUENA · UTIEL · LA TORRE · CHERA</w:t>
      </w:r>
    </w:p>
    <w:p w14:paraId="76409148" w14:textId="77777777" w:rsidR="00F6143F" w:rsidRPr="00B6240E" w:rsidRDefault="00000000">
      <w:pPr>
        <w:spacing w:after="100"/>
        <w:jc w:val="center"/>
        <w:rPr>
          <w:rFonts w:ascii="Verdana" w:hAnsi="Verdana"/>
        </w:rPr>
      </w:pPr>
      <w:r w:rsidRPr="00B6240E">
        <w:rPr>
          <w:rFonts w:ascii="Verdana" w:hAnsi="Verdana"/>
          <w:i/>
          <w:sz w:val="16"/>
        </w:rPr>
        <w:t>Convocan: M.I. Ayuntamiento de Requena y Centro de Estudios Requenenses</w:t>
      </w:r>
    </w:p>
    <w:p w14:paraId="26126095" w14:textId="77777777" w:rsidR="00F6143F" w:rsidRPr="00B6240E" w:rsidRDefault="00F6143F">
      <w:pPr>
        <w:pBdr>
          <w:bottom w:val="single" w:sz="14" w:space="1" w:color="2F617D"/>
        </w:pBdr>
        <w:spacing w:after="100"/>
        <w:rPr>
          <w:rFonts w:ascii="Verdana" w:hAnsi="Verdana"/>
        </w:rPr>
      </w:pPr>
    </w:p>
    <w:p w14:paraId="2A0FFD7C" w14:textId="77777777" w:rsidR="00F6143F" w:rsidRPr="001932AA" w:rsidRDefault="00000000">
      <w:pPr>
        <w:spacing w:after="100"/>
        <w:jc w:val="center"/>
        <w:rPr>
          <w:rFonts w:ascii="Verdana" w:hAnsi="Verdana"/>
          <w:sz w:val="20"/>
          <w:szCs w:val="24"/>
        </w:rPr>
      </w:pPr>
      <w:r w:rsidRPr="001932AA">
        <w:rPr>
          <w:rFonts w:ascii="Verdana" w:hAnsi="Verdana"/>
          <w:b/>
          <w:color w:val="1F425B"/>
          <w:sz w:val="28"/>
          <w:szCs w:val="24"/>
        </w:rPr>
        <w:t>HOJA DE INSCRIPCIÓN</w:t>
      </w:r>
    </w:p>
    <w:tbl>
      <w:tblPr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10150"/>
      </w:tblGrid>
      <w:tr w:rsidR="00F964F6" w:rsidRPr="001932AA" w14:paraId="013A54D7" w14:textId="77777777" w:rsidTr="00F964F6">
        <w:trPr>
          <w:trHeight w:val="286"/>
          <w:jc w:val="center"/>
        </w:trPr>
        <w:tc>
          <w:tcPr>
            <w:tcW w:w="10150" w:type="dxa"/>
            <w:tcBorders>
              <w:top w:val="single" w:sz="5" w:space="0" w:color="B7C6D0"/>
              <w:left w:val="single" w:sz="5" w:space="0" w:color="B7C6D0"/>
              <w:bottom w:val="single" w:sz="5" w:space="0" w:color="B7C6D0"/>
              <w:right w:val="single" w:sz="5" w:space="0" w:color="B7C6D0"/>
            </w:tcBorders>
            <w:tcMar>
              <w:top w:w="70" w:type="dxa"/>
              <w:left w:w="110" w:type="dxa"/>
              <w:bottom w:w="70" w:type="dxa"/>
              <w:right w:w="110" w:type="dxa"/>
            </w:tcMar>
            <w:vAlign w:val="center"/>
          </w:tcPr>
          <w:p w14:paraId="427C5138" w14:textId="77777777" w:rsidR="00F964F6" w:rsidRPr="001932AA" w:rsidRDefault="00F964F6">
            <w:pPr>
              <w:spacing w:after="0"/>
              <w:rPr>
                <w:rFonts w:ascii="Verdana" w:hAnsi="Verdana"/>
                <w:sz w:val="22"/>
              </w:rPr>
            </w:pPr>
            <w:r w:rsidRPr="001932AA">
              <w:rPr>
                <w:rFonts w:ascii="Verdana" w:hAnsi="Verdana"/>
                <w:b/>
                <w:color w:val="1F425B"/>
                <w:sz w:val="22"/>
              </w:rPr>
              <w:t xml:space="preserve">Nombre: </w:t>
            </w:r>
            <w:r w:rsidRPr="001932AA">
              <w:rPr>
                <w:rFonts w:ascii="Verdana" w:hAnsi="Verdana"/>
                <w:sz w:val="22"/>
              </w:rPr>
              <w:t xml:space="preserve">                  </w:t>
            </w:r>
          </w:p>
        </w:tc>
      </w:tr>
      <w:tr w:rsidR="00F964F6" w:rsidRPr="001932AA" w14:paraId="6EC0CEF2" w14:textId="77777777" w:rsidTr="00F964F6">
        <w:trPr>
          <w:trHeight w:val="286"/>
          <w:jc w:val="center"/>
        </w:trPr>
        <w:tc>
          <w:tcPr>
            <w:tcW w:w="10150" w:type="dxa"/>
            <w:tcBorders>
              <w:top w:val="single" w:sz="5" w:space="0" w:color="B7C6D0"/>
              <w:left w:val="single" w:sz="5" w:space="0" w:color="B7C6D0"/>
              <w:bottom w:val="single" w:sz="5" w:space="0" w:color="B7C6D0"/>
              <w:right w:val="single" w:sz="5" w:space="0" w:color="B7C6D0"/>
            </w:tcBorders>
            <w:tcMar>
              <w:top w:w="70" w:type="dxa"/>
              <w:left w:w="110" w:type="dxa"/>
              <w:bottom w:w="70" w:type="dxa"/>
              <w:right w:w="110" w:type="dxa"/>
            </w:tcMar>
            <w:vAlign w:val="center"/>
          </w:tcPr>
          <w:p w14:paraId="35D568FD" w14:textId="75959D47" w:rsidR="00F964F6" w:rsidRPr="001932AA" w:rsidRDefault="00F964F6" w:rsidP="00F964F6">
            <w:pPr>
              <w:spacing w:after="0"/>
              <w:rPr>
                <w:rFonts w:ascii="Verdana" w:hAnsi="Verdana"/>
                <w:sz w:val="22"/>
              </w:rPr>
            </w:pPr>
            <w:r w:rsidRPr="001932AA">
              <w:rPr>
                <w:rFonts w:ascii="Verdana" w:hAnsi="Verdana"/>
                <w:b/>
                <w:color w:val="1F425B"/>
                <w:sz w:val="22"/>
              </w:rPr>
              <w:t xml:space="preserve">Apellidos: </w:t>
            </w:r>
            <w:r w:rsidRPr="001932AA">
              <w:rPr>
                <w:rFonts w:ascii="Verdana" w:hAnsi="Verdana"/>
                <w:sz w:val="22"/>
              </w:rPr>
              <w:t xml:space="preserve">                  </w:t>
            </w:r>
          </w:p>
        </w:tc>
      </w:tr>
      <w:tr w:rsidR="00F964F6" w:rsidRPr="001932AA" w14:paraId="33A37D26" w14:textId="77777777" w:rsidTr="00F964F6">
        <w:trPr>
          <w:trHeight w:val="286"/>
          <w:jc w:val="center"/>
        </w:trPr>
        <w:tc>
          <w:tcPr>
            <w:tcW w:w="10150" w:type="dxa"/>
            <w:tcBorders>
              <w:top w:val="single" w:sz="5" w:space="0" w:color="B7C6D0"/>
              <w:left w:val="single" w:sz="5" w:space="0" w:color="B7C6D0"/>
              <w:bottom w:val="single" w:sz="5" w:space="0" w:color="B7C6D0"/>
              <w:right w:val="single" w:sz="5" w:space="0" w:color="B7C6D0"/>
            </w:tcBorders>
            <w:tcMar>
              <w:top w:w="70" w:type="dxa"/>
              <w:left w:w="110" w:type="dxa"/>
              <w:bottom w:w="70" w:type="dxa"/>
              <w:right w:w="110" w:type="dxa"/>
            </w:tcMar>
            <w:vAlign w:val="center"/>
          </w:tcPr>
          <w:p w14:paraId="75D00BE1" w14:textId="416E4F82" w:rsidR="00F964F6" w:rsidRPr="001932AA" w:rsidRDefault="00F964F6" w:rsidP="00F964F6">
            <w:pPr>
              <w:spacing w:after="0"/>
              <w:rPr>
                <w:rFonts w:ascii="Verdana" w:hAnsi="Verdana"/>
                <w:sz w:val="22"/>
              </w:rPr>
            </w:pPr>
            <w:r w:rsidRPr="001932AA">
              <w:rPr>
                <w:rFonts w:ascii="Verdana" w:hAnsi="Verdana"/>
                <w:b/>
                <w:color w:val="1F425B"/>
                <w:sz w:val="22"/>
              </w:rPr>
              <w:t xml:space="preserve">Dirección (calle y número): </w:t>
            </w:r>
            <w:r w:rsidRPr="001932AA">
              <w:rPr>
                <w:rFonts w:ascii="Verdana" w:hAnsi="Verdana"/>
                <w:sz w:val="22"/>
              </w:rPr>
              <w:t xml:space="preserve">       </w:t>
            </w:r>
          </w:p>
        </w:tc>
      </w:tr>
      <w:tr w:rsidR="00F964F6" w:rsidRPr="001932AA" w14:paraId="6E9DAA20" w14:textId="77777777" w:rsidTr="00F964F6">
        <w:trPr>
          <w:trHeight w:val="286"/>
          <w:jc w:val="center"/>
        </w:trPr>
        <w:tc>
          <w:tcPr>
            <w:tcW w:w="10150" w:type="dxa"/>
            <w:tcBorders>
              <w:top w:val="single" w:sz="5" w:space="0" w:color="B7C6D0"/>
              <w:left w:val="single" w:sz="5" w:space="0" w:color="B7C6D0"/>
              <w:bottom w:val="single" w:sz="5" w:space="0" w:color="B7C6D0"/>
              <w:right w:val="single" w:sz="5" w:space="0" w:color="B7C6D0"/>
            </w:tcBorders>
            <w:tcMar>
              <w:top w:w="70" w:type="dxa"/>
              <w:left w:w="110" w:type="dxa"/>
              <w:bottom w:w="70" w:type="dxa"/>
              <w:right w:w="110" w:type="dxa"/>
            </w:tcMar>
            <w:vAlign w:val="center"/>
          </w:tcPr>
          <w:p w14:paraId="2204F16D" w14:textId="27E5F1CE" w:rsidR="00F964F6" w:rsidRPr="001932AA" w:rsidRDefault="00F964F6" w:rsidP="00F964F6">
            <w:pPr>
              <w:spacing w:after="0"/>
              <w:rPr>
                <w:rFonts w:ascii="Verdana" w:hAnsi="Verdana"/>
                <w:sz w:val="22"/>
              </w:rPr>
            </w:pPr>
            <w:r w:rsidRPr="001932AA">
              <w:rPr>
                <w:rFonts w:ascii="Verdana" w:hAnsi="Verdana"/>
                <w:b/>
                <w:color w:val="1F425B"/>
                <w:sz w:val="22"/>
              </w:rPr>
              <w:t xml:space="preserve">Ciudad: </w:t>
            </w:r>
            <w:r w:rsidRPr="001932AA">
              <w:rPr>
                <w:rFonts w:ascii="Verdana" w:hAnsi="Verdana"/>
                <w:sz w:val="22"/>
              </w:rPr>
              <w:t xml:space="preserve">                  </w:t>
            </w:r>
          </w:p>
        </w:tc>
      </w:tr>
      <w:tr w:rsidR="00F964F6" w:rsidRPr="001932AA" w14:paraId="041565EC" w14:textId="77777777" w:rsidTr="00F964F6">
        <w:trPr>
          <w:trHeight w:val="286"/>
          <w:jc w:val="center"/>
        </w:trPr>
        <w:tc>
          <w:tcPr>
            <w:tcW w:w="10150" w:type="dxa"/>
            <w:tcBorders>
              <w:top w:val="single" w:sz="5" w:space="0" w:color="B7C6D0"/>
              <w:left w:val="single" w:sz="5" w:space="0" w:color="B7C6D0"/>
              <w:bottom w:val="single" w:sz="5" w:space="0" w:color="B7C6D0"/>
              <w:right w:val="single" w:sz="5" w:space="0" w:color="B7C6D0"/>
            </w:tcBorders>
            <w:tcMar>
              <w:top w:w="70" w:type="dxa"/>
              <w:left w:w="110" w:type="dxa"/>
              <w:bottom w:w="70" w:type="dxa"/>
              <w:right w:w="110" w:type="dxa"/>
            </w:tcMar>
            <w:vAlign w:val="center"/>
          </w:tcPr>
          <w:p w14:paraId="7C2D0683" w14:textId="34212B95" w:rsidR="00F964F6" w:rsidRPr="001932AA" w:rsidRDefault="00F964F6" w:rsidP="00F964F6">
            <w:pPr>
              <w:spacing w:after="0"/>
              <w:rPr>
                <w:rFonts w:ascii="Verdana" w:hAnsi="Verdana"/>
                <w:b/>
                <w:color w:val="1F425B"/>
                <w:sz w:val="22"/>
              </w:rPr>
            </w:pPr>
            <w:r w:rsidRPr="001932AA">
              <w:rPr>
                <w:rFonts w:ascii="Verdana" w:hAnsi="Verdana"/>
                <w:b/>
                <w:color w:val="1F425B"/>
                <w:sz w:val="22"/>
              </w:rPr>
              <w:t xml:space="preserve">Código postal: </w:t>
            </w:r>
            <w:r w:rsidRPr="001932AA">
              <w:rPr>
                <w:rFonts w:ascii="Verdana" w:hAnsi="Verdana"/>
                <w:sz w:val="22"/>
              </w:rPr>
              <w:t xml:space="preserve">                  </w:t>
            </w:r>
          </w:p>
        </w:tc>
      </w:tr>
      <w:tr w:rsidR="00F964F6" w:rsidRPr="001932AA" w14:paraId="17B7289D" w14:textId="77777777" w:rsidTr="00F964F6">
        <w:trPr>
          <w:trHeight w:val="286"/>
          <w:jc w:val="center"/>
        </w:trPr>
        <w:tc>
          <w:tcPr>
            <w:tcW w:w="10150" w:type="dxa"/>
            <w:tcBorders>
              <w:top w:val="single" w:sz="5" w:space="0" w:color="B7C6D0"/>
              <w:left w:val="single" w:sz="5" w:space="0" w:color="B7C6D0"/>
              <w:bottom w:val="single" w:sz="5" w:space="0" w:color="B7C6D0"/>
              <w:right w:val="single" w:sz="5" w:space="0" w:color="B7C6D0"/>
            </w:tcBorders>
            <w:tcMar>
              <w:top w:w="70" w:type="dxa"/>
              <w:left w:w="110" w:type="dxa"/>
              <w:bottom w:w="70" w:type="dxa"/>
              <w:right w:w="110" w:type="dxa"/>
            </w:tcMar>
            <w:vAlign w:val="center"/>
          </w:tcPr>
          <w:p w14:paraId="34B58211" w14:textId="2ACCCD66" w:rsidR="00F964F6" w:rsidRPr="001932AA" w:rsidRDefault="00F964F6" w:rsidP="00F964F6">
            <w:pPr>
              <w:spacing w:after="0"/>
              <w:rPr>
                <w:rFonts w:ascii="Verdana" w:hAnsi="Verdana"/>
                <w:b/>
                <w:color w:val="1F425B"/>
                <w:sz w:val="22"/>
              </w:rPr>
            </w:pPr>
            <w:r w:rsidRPr="001932AA">
              <w:rPr>
                <w:rFonts w:ascii="Verdana" w:hAnsi="Verdana"/>
                <w:b/>
                <w:color w:val="1F425B"/>
                <w:sz w:val="22"/>
              </w:rPr>
              <w:t xml:space="preserve">Correo electrónico: </w:t>
            </w:r>
            <w:r w:rsidRPr="001932AA">
              <w:rPr>
                <w:rFonts w:ascii="Verdana" w:hAnsi="Verdana"/>
                <w:sz w:val="22"/>
              </w:rPr>
              <w:t xml:space="preserve">       </w:t>
            </w:r>
          </w:p>
        </w:tc>
      </w:tr>
      <w:tr w:rsidR="00F964F6" w:rsidRPr="001932AA" w14:paraId="7C79C0C0" w14:textId="77777777" w:rsidTr="00F964F6">
        <w:trPr>
          <w:trHeight w:val="303"/>
          <w:jc w:val="center"/>
        </w:trPr>
        <w:tc>
          <w:tcPr>
            <w:tcW w:w="10150" w:type="dxa"/>
            <w:tcBorders>
              <w:top w:val="single" w:sz="5" w:space="0" w:color="B7C6D0"/>
              <w:left w:val="single" w:sz="5" w:space="0" w:color="B7C6D0"/>
              <w:bottom w:val="single" w:sz="5" w:space="0" w:color="B7C6D0"/>
              <w:right w:val="single" w:sz="5" w:space="0" w:color="B7C6D0"/>
            </w:tcBorders>
            <w:tcMar>
              <w:top w:w="70" w:type="dxa"/>
              <w:left w:w="110" w:type="dxa"/>
              <w:bottom w:w="70" w:type="dxa"/>
              <w:right w:w="110" w:type="dxa"/>
            </w:tcMar>
            <w:vAlign w:val="center"/>
          </w:tcPr>
          <w:p w14:paraId="7A7C6BA8" w14:textId="65E47DC8" w:rsidR="00F964F6" w:rsidRPr="001932AA" w:rsidRDefault="00F964F6" w:rsidP="00F964F6">
            <w:pPr>
              <w:spacing w:after="0"/>
              <w:rPr>
                <w:rFonts w:ascii="Verdana" w:hAnsi="Verdana"/>
                <w:b/>
                <w:color w:val="1F425B"/>
                <w:sz w:val="22"/>
              </w:rPr>
            </w:pPr>
            <w:r w:rsidRPr="001932AA">
              <w:rPr>
                <w:rFonts w:ascii="Verdana" w:hAnsi="Verdana"/>
                <w:b/>
                <w:color w:val="1F425B"/>
                <w:sz w:val="22"/>
              </w:rPr>
              <w:t xml:space="preserve">Teléfono: </w:t>
            </w:r>
            <w:r w:rsidRPr="001932AA">
              <w:rPr>
                <w:rFonts w:ascii="Verdana" w:hAnsi="Verdana"/>
                <w:sz w:val="22"/>
              </w:rPr>
              <w:t xml:space="preserve">                  </w:t>
            </w:r>
          </w:p>
        </w:tc>
      </w:tr>
    </w:tbl>
    <w:p w14:paraId="3194721B" w14:textId="77777777" w:rsidR="00F6143F" w:rsidRPr="00B6240E" w:rsidRDefault="00F6143F">
      <w:pPr>
        <w:spacing w:after="0"/>
        <w:rPr>
          <w:rFonts w:ascii="Verdana" w:hAnsi="Verdana"/>
        </w:rPr>
      </w:pPr>
    </w:p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10166"/>
      </w:tblGrid>
      <w:tr w:rsidR="00F6143F" w:rsidRPr="00B6240E" w14:paraId="5C981F9B" w14:textId="77777777">
        <w:trPr>
          <w:jc w:val="center"/>
        </w:trPr>
        <w:tc>
          <w:tcPr>
            <w:tcW w:w="10166" w:type="dxa"/>
            <w:tcBorders>
              <w:top w:val="single" w:sz="5" w:space="0" w:color="C4D2DB"/>
              <w:left w:val="single" w:sz="5" w:space="0" w:color="C4D2DB"/>
              <w:bottom w:val="single" w:sz="5" w:space="0" w:color="C4D2DB"/>
              <w:right w:val="single" w:sz="5" w:space="0" w:color="C4D2DB"/>
            </w:tcBorders>
            <w:shd w:val="clear" w:color="auto" w:fill="EEF3F6"/>
            <w:tcMar>
              <w:top w:w="90" w:type="dxa"/>
              <w:left w:w="140" w:type="dxa"/>
              <w:bottom w:w="90" w:type="dxa"/>
              <w:right w:w="140" w:type="dxa"/>
            </w:tcMar>
          </w:tcPr>
          <w:p w14:paraId="26EA3F9D" w14:textId="77777777" w:rsidR="00F6143F" w:rsidRPr="00B6240E" w:rsidRDefault="00000000">
            <w:pPr>
              <w:spacing w:after="40"/>
              <w:rPr>
                <w:rFonts w:ascii="Verdana" w:hAnsi="Verdana"/>
              </w:rPr>
            </w:pPr>
            <w:r w:rsidRPr="00B6240E">
              <w:rPr>
                <w:rFonts w:ascii="Verdana" w:hAnsi="Verdana"/>
                <w:b/>
                <w:color w:val="1F425B"/>
                <w:sz w:val="17"/>
              </w:rPr>
              <w:t>ENVÍO DE LA INSCRIPCIÓN Y JUSTIFICANTE DE PAGO</w:t>
            </w:r>
          </w:p>
          <w:p w14:paraId="039740A8" w14:textId="77777777" w:rsidR="00F6143F" w:rsidRPr="00B6240E" w:rsidRDefault="00000000">
            <w:pPr>
              <w:spacing w:after="0"/>
              <w:rPr>
                <w:rFonts w:ascii="Verdana" w:hAnsi="Verdana"/>
              </w:rPr>
            </w:pPr>
            <w:r w:rsidRPr="00B6240E">
              <w:rPr>
                <w:rFonts w:ascii="Verdana" w:hAnsi="Verdana"/>
              </w:rPr>
              <w:t>Archivo Municipal de Requena · Calle Santa María, 24 · 46310 Requena</w:t>
            </w:r>
            <w:r w:rsidRPr="00B6240E">
              <w:rPr>
                <w:rFonts w:ascii="Verdana" w:hAnsi="Verdana"/>
              </w:rPr>
              <w:br/>
              <w:t xml:space="preserve">Tel.: 962 304 228 · Correo electrónico: </w:t>
            </w:r>
            <w:r w:rsidRPr="00B6240E">
              <w:rPr>
                <w:rFonts w:ascii="Verdana" w:hAnsi="Verdana"/>
                <w:b/>
                <w:color w:val="1F425B"/>
              </w:rPr>
              <w:t>archivo@requena.es</w:t>
            </w:r>
          </w:p>
        </w:tc>
      </w:tr>
    </w:tbl>
    <w:p w14:paraId="53016E73" w14:textId="77777777" w:rsidR="00F6143F" w:rsidRPr="00B6240E" w:rsidRDefault="00000000" w:rsidP="00417424">
      <w:pPr>
        <w:spacing w:before="240" w:after="40"/>
        <w:rPr>
          <w:rFonts w:ascii="Verdana" w:hAnsi="Verdana"/>
        </w:rPr>
      </w:pPr>
      <w:r w:rsidRPr="00B6240E">
        <w:rPr>
          <w:rFonts w:ascii="Verdana" w:hAnsi="Verdana"/>
          <w:b/>
          <w:color w:val="1F425B"/>
        </w:rPr>
        <w:t>TASAS DE INSCRIPCIÓN</w:t>
      </w:r>
    </w:p>
    <w:tbl>
      <w:tblPr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2376"/>
        <w:gridCol w:w="3240"/>
        <w:gridCol w:w="3744"/>
      </w:tblGrid>
      <w:tr w:rsidR="00F6143F" w:rsidRPr="00B6240E" w14:paraId="6BFC209B" w14:textId="77777777">
        <w:trPr>
          <w:jc w:val="center"/>
        </w:trPr>
        <w:tc>
          <w:tcPr>
            <w:tcW w:w="2376" w:type="dxa"/>
            <w:tcBorders>
              <w:top w:val="single" w:sz="4" w:space="0" w:color="C4D2DB"/>
              <w:left w:val="single" w:sz="4" w:space="0" w:color="C4D2DB"/>
              <w:bottom w:val="single" w:sz="4" w:space="0" w:color="C4D2DB"/>
              <w:right w:val="single" w:sz="4" w:space="0" w:color="C4D2DB"/>
            </w:tcBorders>
            <w:shd w:val="clear" w:color="auto" w:fill="F3F6F8"/>
            <w:tcMar>
              <w:top w:w="65" w:type="dxa"/>
              <w:left w:w="90" w:type="dxa"/>
              <w:bottom w:w="65" w:type="dxa"/>
              <w:right w:w="90" w:type="dxa"/>
            </w:tcMar>
          </w:tcPr>
          <w:p w14:paraId="78F71641" w14:textId="77777777" w:rsidR="00F6143F" w:rsidRPr="00B6240E" w:rsidRDefault="00000000">
            <w:pPr>
              <w:spacing w:after="20"/>
              <w:jc w:val="center"/>
              <w:rPr>
                <w:rFonts w:ascii="Verdana" w:hAnsi="Verdana"/>
              </w:rPr>
            </w:pPr>
            <w:r w:rsidRPr="00B6240E">
              <w:rPr>
                <w:rFonts w:ascii="Verdana" w:hAnsi="Verdana"/>
                <w:b/>
                <w:sz w:val="15"/>
              </w:rPr>
              <w:t>General</w:t>
            </w:r>
          </w:p>
          <w:p w14:paraId="3A1DABB5" w14:textId="77777777" w:rsidR="00F6143F" w:rsidRPr="00B6240E" w:rsidRDefault="00000000">
            <w:pPr>
              <w:spacing w:after="0"/>
              <w:jc w:val="center"/>
              <w:rPr>
                <w:rFonts w:ascii="Verdana" w:hAnsi="Verdana"/>
              </w:rPr>
            </w:pPr>
            <w:r w:rsidRPr="00B6240E">
              <w:rPr>
                <w:rFonts w:ascii="Verdana" w:hAnsi="Verdana"/>
                <w:b/>
                <w:color w:val="1F425B"/>
                <w:sz w:val="20"/>
              </w:rPr>
              <w:t>50 €</w:t>
            </w:r>
          </w:p>
        </w:tc>
        <w:tc>
          <w:tcPr>
            <w:tcW w:w="3240" w:type="dxa"/>
            <w:tcBorders>
              <w:top w:val="single" w:sz="4" w:space="0" w:color="C4D2DB"/>
              <w:left w:val="single" w:sz="4" w:space="0" w:color="C4D2DB"/>
              <w:bottom w:val="single" w:sz="4" w:space="0" w:color="C4D2DB"/>
              <w:right w:val="single" w:sz="4" w:space="0" w:color="C4D2DB"/>
            </w:tcBorders>
            <w:shd w:val="clear" w:color="auto" w:fill="E6EEF3"/>
            <w:tcMar>
              <w:top w:w="65" w:type="dxa"/>
              <w:left w:w="90" w:type="dxa"/>
              <w:bottom w:w="65" w:type="dxa"/>
              <w:right w:w="90" w:type="dxa"/>
            </w:tcMar>
          </w:tcPr>
          <w:p w14:paraId="1F510E68" w14:textId="77777777" w:rsidR="00F6143F" w:rsidRPr="00B6240E" w:rsidRDefault="00000000">
            <w:pPr>
              <w:spacing w:after="20"/>
              <w:jc w:val="center"/>
              <w:rPr>
                <w:rFonts w:ascii="Verdana" w:hAnsi="Verdana"/>
              </w:rPr>
            </w:pPr>
            <w:r w:rsidRPr="00B6240E">
              <w:rPr>
                <w:rFonts w:ascii="Verdana" w:hAnsi="Verdana"/>
                <w:b/>
                <w:sz w:val="15"/>
              </w:rPr>
              <w:t>Estudiantes, jubilados y parados*</w:t>
            </w:r>
          </w:p>
          <w:p w14:paraId="03A2627C" w14:textId="77777777" w:rsidR="00F6143F" w:rsidRPr="00B6240E" w:rsidRDefault="00000000">
            <w:pPr>
              <w:spacing w:after="0"/>
              <w:jc w:val="center"/>
              <w:rPr>
                <w:rFonts w:ascii="Verdana" w:hAnsi="Verdana"/>
              </w:rPr>
            </w:pPr>
            <w:r w:rsidRPr="00B6240E">
              <w:rPr>
                <w:rFonts w:ascii="Verdana" w:hAnsi="Verdana"/>
                <w:b/>
                <w:color w:val="1F425B"/>
                <w:sz w:val="20"/>
              </w:rPr>
              <w:t>30 €</w:t>
            </w:r>
          </w:p>
        </w:tc>
        <w:tc>
          <w:tcPr>
            <w:tcW w:w="3744" w:type="dxa"/>
            <w:tcBorders>
              <w:top w:val="single" w:sz="4" w:space="0" w:color="C4D2DB"/>
              <w:left w:val="single" w:sz="4" w:space="0" w:color="C4D2DB"/>
              <w:bottom w:val="single" w:sz="4" w:space="0" w:color="C4D2DB"/>
              <w:right w:val="single" w:sz="4" w:space="0" w:color="C4D2DB"/>
            </w:tcBorders>
            <w:shd w:val="clear" w:color="auto" w:fill="F3F6F8"/>
            <w:tcMar>
              <w:top w:w="65" w:type="dxa"/>
              <w:left w:w="90" w:type="dxa"/>
              <w:bottom w:w="65" w:type="dxa"/>
              <w:right w:w="90" w:type="dxa"/>
            </w:tcMar>
          </w:tcPr>
          <w:p w14:paraId="07A8D317" w14:textId="10A8F764" w:rsidR="00F6143F" w:rsidRPr="00B6240E" w:rsidRDefault="00000000">
            <w:pPr>
              <w:spacing w:after="20"/>
              <w:jc w:val="center"/>
              <w:rPr>
                <w:rFonts w:ascii="Verdana" w:hAnsi="Verdana"/>
              </w:rPr>
            </w:pPr>
            <w:r w:rsidRPr="00B6240E">
              <w:rPr>
                <w:rFonts w:ascii="Verdana" w:hAnsi="Verdana"/>
                <w:b/>
                <w:sz w:val="15"/>
              </w:rPr>
              <w:t xml:space="preserve">Miembros del CER y participantes en </w:t>
            </w:r>
            <w:r w:rsidR="00F964F6" w:rsidRPr="00B6240E">
              <w:rPr>
                <w:rFonts w:ascii="Verdana" w:hAnsi="Verdana"/>
                <w:b/>
                <w:sz w:val="15"/>
              </w:rPr>
              <w:t xml:space="preserve">      </w:t>
            </w:r>
            <w:r w:rsidRPr="00B6240E">
              <w:rPr>
                <w:rFonts w:ascii="Verdana" w:hAnsi="Verdana"/>
                <w:b/>
                <w:sz w:val="15"/>
              </w:rPr>
              <w:t>el X</w:t>
            </w:r>
            <w:r w:rsidR="00F964F6" w:rsidRPr="00B6240E">
              <w:rPr>
                <w:rFonts w:ascii="Verdana" w:hAnsi="Verdana"/>
                <w:b/>
                <w:sz w:val="15"/>
              </w:rPr>
              <w:t>I</w:t>
            </w:r>
            <w:r w:rsidRPr="00B6240E">
              <w:rPr>
                <w:rFonts w:ascii="Verdana" w:hAnsi="Verdana"/>
                <w:b/>
                <w:sz w:val="15"/>
              </w:rPr>
              <w:t>I Congreso</w:t>
            </w:r>
          </w:p>
          <w:p w14:paraId="72B6DAFD" w14:textId="77777777" w:rsidR="00F6143F" w:rsidRPr="00B6240E" w:rsidRDefault="00000000">
            <w:pPr>
              <w:spacing w:after="0"/>
              <w:jc w:val="center"/>
              <w:rPr>
                <w:rFonts w:ascii="Verdana" w:hAnsi="Verdana"/>
              </w:rPr>
            </w:pPr>
            <w:r w:rsidRPr="00B6240E">
              <w:rPr>
                <w:rFonts w:ascii="Verdana" w:hAnsi="Verdana"/>
                <w:b/>
                <w:color w:val="1F425B"/>
                <w:sz w:val="20"/>
              </w:rPr>
              <w:t>Exentos</w:t>
            </w:r>
          </w:p>
        </w:tc>
      </w:tr>
    </w:tbl>
    <w:p w14:paraId="427BCE86" w14:textId="14F37158" w:rsidR="00F6143F" w:rsidRDefault="00000000">
      <w:pPr>
        <w:spacing w:before="20"/>
        <w:rPr>
          <w:rFonts w:ascii="Verdana" w:hAnsi="Verdana"/>
          <w:i/>
          <w:sz w:val="15"/>
        </w:rPr>
      </w:pPr>
      <w:r w:rsidRPr="00B6240E">
        <w:rPr>
          <w:rFonts w:ascii="Verdana" w:hAnsi="Verdana"/>
          <w:i/>
          <w:sz w:val="15"/>
        </w:rPr>
        <w:t>* Será necesario aportar justificante.</w:t>
      </w:r>
    </w:p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8621"/>
      </w:tblGrid>
      <w:tr w:rsidR="00417424" w:rsidRPr="00B6240E" w14:paraId="559FB0C5" w14:textId="77777777" w:rsidTr="00417424">
        <w:trPr>
          <w:trHeight w:val="839"/>
          <w:jc w:val="center"/>
        </w:trPr>
        <w:tc>
          <w:tcPr>
            <w:tcW w:w="8621" w:type="dxa"/>
            <w:tcBorders>
              <w:top w:val="single" w:sz="5" w:space="0" w:color="C4D2DB"/>
              <w:left w:val="single" w:sz="5" w:space="0" w:color="C4D2DB"/>
              <w:bottom w:val="single" w:sz="5" w:space="0" w:color="C4D2DB"/>
              <w:right w:val="single" w:sz="5" w:space="0" w:color="C4D2DB"/>
            </w:tcBorders>
            <w:shd w:val="clear" w:color="auto" w:fill="EEF3F6"/>
            <w:tcMar>
              <w:top w:w="85" w:type="dxa"/>
              <w:left w:w="140" w:type="dxa"/>
              <w:bottom w:w="85" w:type="dxa"/>
              <w:right w:w="140" w:type="dxa"/>
            </w:tcMar>
          </w:tcPr>
          <w:p w14:paraId="07A33EA7" w14:textId="77777777" w:rsidR="00417424" w:rsidRPr="00B6240E" w:rsidRDefault="00417424" w:rsidP="00947B90">
            <w:pPr>
              <w:spacing w:after="20"/>
              <w:rPr>
                <w:rFonts w:ascii="Verdana" w:hAnsi="Verdana"/>
              </w:rPr>
            </w:pPr>
            <w:r w:rsidRPr="00B6240E">
              <w:rPr>
                <w:rFonts w:ascii="Verdana" w:hAnsi="Verdana"/>
                <w:b/>
                <w:color w:val="1F425B"/>
                <w:sz w:val="17"/>
              </w:rPr>
              <w:t>TRANSFERENCIA BANCARIA</w:t>
            </w:r>
          </w:p>
          <w:p w14:paraId="1CA734C2" w14:textId="77777777" w:rsidR="00417424" w:rsidRPr="00B6240E" w:rsidRDefault="00417424" w:rsidP="00947B90">
            <w:pPr>
              <w:spacing w:after="0"/>
              <w:rPr>
                <w:rFonts w:ascii="Verdana" w:hAnsi="Verdana"/>
              </w:rPr>
            </w:pPr>
            <w:r w:rsidRPr="00B6240E">
              <w:rPr>
                <w:rFonts w:ascii="Verdana" w:hAnsi="Verdana"/>
              </w:rPr>
              <w:t xml:space="preserve">La Caixa · IBAN: </w:t>
            </w:r>
            <w:r w:rsidRPr="00B6240E">
              <w:rPr>
                <w:rFonts w:ascii="Verdana" w:hAnsi="Verdana"/>
                <w:b/>
              </w:rPr>
              <w:t>ES67 2100 7392 4322 0005 1615</w:t>
            </w:r>
            <w:r w:rsidRPr="00B6240E">
              <w:rPr>
                <w:rFonts w:ascii="Verdana" w:hAnsi="Verdana"/>
              </w:rPr>
              <w:br/>
              <w:t xml:space="preserve">Concepto de la transferencia: </w:t>
            </w:r>
            <w:r w:rsidRPr="00B6240E">
              <w:rPr>
                <w:rFonts w:ascii="Verdana" w:hAnsi="Verdana"/>
                <w:b/>
              </w:rPr>
              <w:t>«Congreso de Historia Comarcal»</w:t>
            </w:r>
          </w:p>
        </w:tc>
      </w:tr>
    </w:tbl>
    <w:p w14:paraId="6CAEC407" w14:textId="77777777" w:rsidR="00417424" w:rsidRDefault="00417424">
      <w:pPr>
        <w:spacing w:before="20"/>
        <w:rPr>
          <w:rFonts w:ascii="Verdana" w:hAnsi="Verdana"/>
          <w:i/>
          <w:sz w:val="15"/>
        </w:rPr>
      </w:pPr>
    </w:p>
    <w:p w14:paraId="4B0FF958" w14:textId="72FF7E5E" w:rsidR="00417424" w:rsidRPr="00B6240E" w:rsidRDefault="00417424" w:rsidP="00417424">
      <w:pPr>
        <w:spacing w:before="80" w:after="40"/>
        <w:rPr>
          <w:rFonts w:ascii="Verdana" w:hAnsi="Verdana"/>
        </w:rPr>
      </w:pPr>
      <w:r>
        <w:rPr>
          <w:rFonts w:ascii="Verdana" w:hAnsi="Verdana"/>
          <w:b/>
          <w:color w:val="1F425B"/>
        </w:rPr>
        <w:t>¿QUÉ INCLUYE LA INSCRIPCIÓN?</w:t>
      </w:r>
    </w:p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9926"/>
      </w:tblGrid>
      <w:tr w:rsidR="00417424" w:rsidRPr="00B6240E" w14:paraId="65BFD6CE" w14:textId="77777777" w:rsidTr="00BA3266">
        <w:trPr>
          <w:trHeight w:val="1447"/>
          <w:jc w:val="center"/>
        </w:trPr>
        <w:tc>
          <w:tcPr>
            <w:tcW w:w="9926" w:type="dxa"/>
            <w:tcBorders>
              <w:top w:val="single" w:sz="5" w:space="0" w:color="C4D2DB"/>
              <w:left w:val="single" w:sz="5" w:space="0" w:color="C4D2DB"/>
              <w:bottom w:val="single" w:sz="5" w:space="0" w:color="C4D2DB"/>
              <w:right w:val="single" w:sz="5" w:space="0" w:color="C4D2DB"/>
            </w:tcBorders>
            <w:shd w:val="clear" w:color="auto" w:fill="EEF3F6"/>
            <w:tcMar>
              <w:top w:w="90" w:type="dxa"/>
              <w:left w:w="140" w:type="dxa"/>
              <w:bottom w:w="90" w:type="dxa"/>
              <w:right w:w="140" w:type="dxa"/>
            </w:tcMar>
          </w:tcPr>
          <w:p w14:paraId="3280E0B8" w14:textId="2A580067" w:rsidR="00BA3266" w:rsidRPr="00BA3266" w:rsidRDefault="00BA3266" w:rsidP="00BA3266">
            <w:pPr>
              <w:pStyle w:val="Prrafodelista"/>
              <w:numPr>
                <w:ilvl w:val="0"/>
                <w:numId w:val="10"/>
              </w:numPr>
              <w:spacing w:after="0"/>
              <w:rPr>
                <w:rFonts w:ascii="Verdana" w:hAnsi="Verdana"/>
                <w:b/>
                <w:color w:val="1F425B"/>
                <w:sz w:val="20"/>
                <w:szCs w:val="24"/>
              </w:rPr>
            </w:pPr>
            <w:r w:rsidRPr="00BA3266">
              <w:rPr>
                <w:rFonts w:ascii="Verdana" w:hAnsi="Verdana"/>
                <w:b/>
                <w:color w:val="1F425B"/>
                <w:sz w:val="20"/>
                <w:szCs w:val="24"/>
              </w:rPr>
              <w:t>La asistencia a las visitas y actividades programadas para las personas inscritas.</w:t>
            </w:r>
          </w:p>
          <w:p w14:paraId="657B16AA" w14:textId="2D8A88D0" w:rsidR="00BA3266" w:rsidRPr="00BA3266" w:rsidRDefault="00BA3266" w:rsidP="00BA3266">
            <w:pPr>
              <w:pStyle w:val="Prrafodelista"/>
              <w:numPr>
                <w:ilvl w:val="0"/>
                <w:numId w:val="10"/>
              </w:numPr>
              <w:spacing w:after="0"/>
              <w:rPr>
                <w:rFonts w:ascii="Verdana" w:hAnsi="Verdana"/>
                <w:b/>
                <w:color w:val="1F425B"/>
                <w:sz w:val="20"/>
                <w:szCs w:val="24"/>
              </w:rPr>
            </w:pPr>
            <w:r w:rsidRPr="00BA3266">
              <w:rPr>
                <w:rFonts w:ascii="Verdana" w:hAnsi="Verdana"/>
                <w:b/>
                <w:color w:val="1F425B"/>
                <w:sz w:val="20"/>
                <w:szCs w:val="24"/>
              </w:rPr>
              <w:t>La entrega del material del Congreso.</w:t>
            </w:r>
          </w:p>
          <w:p w14:paraId="1F4B5BE5" w14:textId="117669B9" w:rsidR="00BA3266" w:rsidRPr="00BA3266" w:rsidRDefault="00BA3266" w:rsidP="00BA3266">
            <w:pPr>
              <w:pStyle w:val="Prrafodelista"/>
              <w:numPr>
                <w:ilvl w:val="0"/>
                <w:numId w:val="10"/>
              </w:numPr>
              <w:spacing w:after="0"/>
              <w:rPr>
                <w:rFonts w:ascii="Verdana" w:hAnsi="Verdana"/>
                <w:b/>
                <w:color w:val="1F425B"/>
                <w:sz w:val="20"/>
                <w:szCs w:val="24"/>
              </w:rPr>
            </w:pPr>
            <w:r w:rsidRPr="00BA3266">
              <w:rPr>
                <w:rFonts w:ascii="Verdana" w:hAnsi="Verdana"/>
                <w:b/>
                <w:color w:val="1F425B"/>
                <w:sz w:val="20"/>
                <w:szCs w:val="24"/>
              </w:rPr>
              <w:t xml:space="preserve">El acceso a los autobuses habilitados para </w:t>
            </w:r>
            <w:r w:rsidR="00C6771D">
              <w:rPr>
                <w:rFonts w:ascii="Verdana" w:hAnsi="Verdana"/>
                <w:b/>
                <w:color w:val="1F425B"/>
                <w:sz w:val="20"/>
                <w:szCs w:val="24"/>
              </w:rPr>
              <w:t>desplazarse a las diferentes sedes (consultar los horarios en el programa)</w:t>
            </w:r>
            <w:r w:rsidRPr="00BA3266">
              <w:rPr>
                <w:rFonts w:ascii="Verdana" w:hAnsi="Verdana"/>
                <w:b/>
                <w:color w:val="1F425B"/>
                <w:sz w:val="20"/>
                <w:szCs w:val="24"/>
              </w:rPr>
              <w:t>.</w:t>
            </w:r>
          </w:p>
          <w:p w14:paraId="52175FB7" w14:textId="296CA8AB" w:rsidR="00E51651" w:rsidRPr="00FC0BE1" w:rsidRDefault="00BA3266" w:rsidP="00FC0BE1">
            <w:pPr>
              <w:pStyle w:val="Prrafodelista"/>
              <w:numPr>
                <w:ilvl w:val="0"/>
                <w:numId w:val="10"/>
              </w:numPr>
              <w:spacing w:after="0"/>
              <w:rPr>
                <w:rFonts w:ascii="Verdana" w:hAnsi="Verdana"/>
              </w:rPr>
            </w:pPr>
            <w:r w:rsidRPr="00BA3266">
              <w:rPr>
                <w:rFonts w:ascii="Verdana" w:hAnsi="Verdana"/>
                <w:b/>
                <w:color w:val="1F425B"/>
                <w:sz w:val="20"/>
                <w:szCs w:val="24"/>
              </w:rPr>
              <w:t xml:space="preserve">La </w:t>
            </w:r>
            <w:r w:rsidR="00C6771D">
              <w:rPr>
                <w:rFonts w:ascii="Verdana" w:hAnsi="Verdana"/>
                <w:b/>
                <w:color w:val="1F425B"/>
                <w:sz w:val="20"/>
                <w:szCs w:val="24"/>
              </w:rPr>
              <w:t>entrega</w:t>
            </w:r>
            <w:r w:rsidRPr="00BA3266">
              <w:rPr>
                <w:rFonts w:ascii="Verdana" w:hAnsi="Verdana"/>
                <w:b/>
                <w:color w:val="1F425B"/>
                <w:sz w:val="20"/>
                <w:szCs w:val="24"/>
              </w:rPr>
              <w:t xml:space="preserve"> de las actas del Congreso, publicadas en la revista Oleana.</w:t>
            </w:r>
          </w:p>
        </w:tc>
      </w:tr>
    </w:tbl>
    <w:p w14:paraId="514EE5D2" w14:textId="77777777" w:rsidR="00F964F6" w:rsidRPr="00B6240E" w:rsidRDefault="00F964F6" w:rsidP="00F964F6">
      <w:pPr>
        <w:rPr>
          <w:rFonts w:ascii="Verdana" w:hAnsi="Verdana"/>
        </w:rPr>
      </w:pPr>
    </w:p>
    <w:sectPr w:rsidR="00F964F6" w:rsidRPr="00B6240E" w:rsidSect="00034616">
      <w:pgSz w:w="12240" w:h="15840"/>
      <w:pgMar w:top="792" w:right="1037" w:bottom="792" w:left="1037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A6959E5" w14:textId="77777777" w:rsidR="00FE387C" w:rsidRPr="00B6240E" w:rsidRDefault="00FE387C">
      <w:pPr>
        <w:spacing w:after="0" w:line="240" w:lineRule="auto"/>
      </w:pPr>
      <w:r w:rsidRPr="00B6240E">
        <w:separator/>
      </w:r>
    </w:p>
  </w:endnote>
  <w:endnote w:type="continuationSeparator" w:id="0">
    <w:p w14:paraId="254C4C99" w14:textId="77777777" w:rsidR="00FE387C" w:rsidRPr="00B6240E" w:rsidRDefault="00FE387C">
      <w:pPr>
        <w:spacing w:after="0" w:line="240" w:lineRule="auto"/>
      </w:pPr>
      <w:r w:rsidRPr="00B6240E"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409020205020404"/>
    <w:charset w:val="00"/>
    <w:family w:val="auto"/>
    <w:pitch w:val="variable"/>
    <w:sig w:usb0="00000003" w:usb1="00000000" w:usb2="00000000" w:usb3="00000000" w:csb0="00000001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BE64293" w14:textId="77777777" w:rsidR="00FE387C" w:rsidRPr="00B6240E" w:rsidRDefault="00FE387C">
      <w:pPr>
        <w:spacing w:after="0" w:line="240" w:lineRule="auto"/>
      </w:pPr>
      <w:r w:rsidRPr="00B6240E">
        <w:separator/>
      </w:r>
    </w:p>
  </w:footnote>
  <w:footnote w:type="continuationSeparator" w:id="0">
    <w:p w14:paraId="6901E750" w14:textId="77777777" w:rsidR="00FE387C" w:rsidRPr="00B6240E" w:rsidRDefault="00FE387C">
      <w:pPr>
        <w:spacing w:after="0" w:line="240" w:lineRule="auto"/>
      </w:pPr>
      <w:r w:rsidRPr="00B6240E"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Listaconnmeros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Listaconnmeros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Listaconvietas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Listaconvietas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Listaconnmeros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Listaconvietas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9" w15:restartNumberingAfterBreak="0">
    <w:nsid w:val="12FA3660"/>
    <w:multiLevelType w:val="hybridMultilevel"/>
    <w:tmpl w:val="9AC044E8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529294567">
    <w:abstractNumId w:val="8"/>
  </w:num>
  <w:num w:numId="2" w16cid:durableId="864171100">
    <w:abstractNumId w:val="6"/>
  </w:num>
  <w:num w:numId="3" w16cid:durableId="1854807111">
    <w:abstractNumId w:val="5"/>
  </w:num>
  <w:num w:numId="4" w16cid:durableId="65343478">
    <w:abstractNumId w:val="4"/>
  </w:num>
  <w:num w:numId="5" w16cid:durableId="1804882936">
    <w:abstractNumId w:val="7"/>
  </w:num>
  <w:num w:numId="6" w16cid:durableId="895816038">
    <w:abstractNumId w:val="3"/>
  </w:num>
  <w:num w:numId="7" w16cid:durableId="1263496328">
    <w:abstractNumId w:val="2"/>
  </w:num>
  <w:num w:numId="8" w16cid:durableId="1864321637">
    <w:abstractNumId w:val="1"/>
  </w:num>
  <w:num w:numId="9" w16cid:durableId="1776906162">
    <w:abstractNumId w:val="0"/>
  </w:num>
  <w:num w:numId="10" w16cid:durableId="467091240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grammar="clean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B47730"/>
    <w:rsid w:val="00034616"/>
    <w:rsid w:val="0006063C"/>
    <w:rsid w:val="000C254A"/>
    <w:rsid w:val="0015074B"/>
    <w:rsid w:val="00180F5B"/>
    <w:rsid w:val="001932AA"/>
    <w:rsid w:val="0029639D"/>
    <w:rsid w:val="00326F90"/>
    <w:rsid w:val="004173D2"/>
    <w:rsid w:val="00417424"/>
    <w:rsid w:val="0055500C"/>
    <w:rsid w:val="00900083"/>
    <w:rsid w:val="00AA1D8D"/>
    <w:rsid w:val="00B47730"/>
    <w:rsid w:val="00B6240E"/>
    <w:rsid w:val="00BA3266"/>
    <w:rsid w:val="00C6771D"/>
    <w:rsid w:val="00CB0664"/>
    <w:rsid w:val="00E51651"/>
    <w:rsid w:val="00F42530"/>
    <w:rsid w:val="00F6143F"/>
    <w:rsid w:val="00F964F6"/>
    <w:rsid w:val="00FC0BE1"/>
    <w:rsid w:val="00FC693F"/>
    <w:rsid w:val="00FE387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68122EAC"/>
  <w14:defaultImageDpi w14:val="300"/>
  <w15:docId w15:val="{CE9B60E4-CD7D-4851-AFF6-535565F2C4D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C693F"/>
    <w:pPr>
      <w:spacing w:after="60"/>
    </w:pPr>
    <w:rPr>
      <w:rFonts w:ascii="Aptos" w:hAnsi="Aptos"/>
      <w:color w:val="2D3238"/>
      <w:sz w:val="18"/>
      <w:lang w:val="es-ES"/>
    </w:rPr>
  </w:style>
  <w:style w:type="paragraph" w:styleId="Ttulo1">
    <w:name w:val="heading 1"/>
    <w:basedOn w:val="Normal"/>
    <w:next w:val="Normal"/>
    <w:link w:val="Ttulo1C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Ttulo2">
    <w:name w:val="heading 2"/>
    <w:basedOn w:val="Normal"/>
    <w:next w:val="Normal"/>
    <w:link w:val="Ttulo2C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Ttulo3">
    <w:name w:val="heading 3"/>
    <w:basedOn w:val="Normal"/>
    <w:next w:val="Normal"/>
    <w:link w:val="Ttulo3C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tulo4">
    <w:name w:val="heading 4"/>
    <w:basedOn w:val="Normal"/>
    <w:next w:val="Normal"/>
    <w:link w:val="Ttulo4C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Ttulo5">
    <w:name w:val="heading 5"/>
    <w:basedOn w:val="Normal"/>
    <w:next w:val="Normal"/>
    <w:link w:val="Ttulo5C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Ttulo6">
    <w:name w:val="heading 6"/>
    <w:basedOn w:val="Normal"/>
    <w:next w:val="Normal"/>
    <w:link w:val="Ttulo6C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Ttulo7">
    <w:name w:val="heading 7"/>
    <w:basedOn w:val="Normal"/>
    <w:next w:val="Normal"/>
    <w:link w:val="Ttulo7C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Ttulo8">
    <w:name w:val="heading 8"/>
    <w:basedOn w:val="Normal"/>
    <w:next w:val="Normal"/>
    <w:link w:val="Ttulo8C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Ttulo9">
    <w:name w:val="heading 9"/>
    <w:basedOn w:val="Normal"/>
    <w:next w:val="Normal"/>
    <w:link w:val="Ttulo9C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Encabezado">
    <w:name w:val="header"/>
    <w:basedOn w:val="Normal"/>
    <w:link w:val="EncabezadoC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EncabezadoCar">
    <w:name w:val="Encabezado Car"/>
    <w:basedOn w:val="Fuentedeprrafopredeter"/>
    <w:link w:val="Encabezado"/>
    <w:uiPriority w:val="99"/>
    <w:rsid w:val="00E618BF"/>
  </w:style>
  <w:style w:type="paragraph" w:styleId="Piedepgina">
    <w:name w:val="footer"/>
    <w:basedOn w:val="Normal"/>
    <w:link w:val="PiedepginaC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PiedepginaCar">
    <w:name w:val="Pie de página Car"/>
    <w:basedOn w:val="Fuentedeprrafopredeter"/>
    <w:link w:val="Piedepgina"/>
    <w:uiPriority w:val="99"/>
    <w:rsid w:val="00E618BF"/>
  </w:style>
  <w:style w:type="paragraph" w:styleId="Sinespaciado">
    <w:name w:val="No Spacing"/>
    <w:uiPriority w:val="1"/>
    <w:qFormat/>
    <w:rsid w:val="00FC693F"/>
    <w:pPr>
      <w:spacing w:after="0" w:line="240" w:lineRule="auto"/>
    </w:pPr>
  </w:style>
  <w:style w:type="character" w:customStyle="1" w:styleId="Ttulo1Car">
    <w:name w:val="Título 1 Car"/>
    <w:basedOn w:val="Fuentedeprrafopredeter"/>
    <w:link w:val="Ttulo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Ttulo2Car">
    <w:name w:val="Título 2 Car"/>
    <w:basedOn w:val="Fuentedeprrafopredeter"/>
    <w:link w:val="Ttulo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Ttulo3Car">
    <w:name w:val="Título 3 Car"/>
    <w:basedOn w:val="Fuentedeprrafopredeter"/>
    <w:link w:val="Ttulo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tulo">
    <w:name w:val="Title"/>
    <w:basedOn w:val="Normal"/>
    <w:next w:val="Normal"/>
    <w:link w:val="TtuloC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tuloCar">
    <w:name w:val="Título Car"/>
    <w:basedOn w:val="Fuentedeprrafopredeter"/>
    <w:link w:val="Ttulo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tulo">
    <w:name w:val="Subtitle"/>
    <w:basedOn w:val="Normal"/>
    <w:next w:val="Normal"/>
    <w:link w:val="SubttuloC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tuloCar">
    <w:name w:val="Subtítulo Car"/>
    <w:basedOn w:val="Fuentedeprrafopredeter"/>
    <w:link w:val="Subttulo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Prrafodelista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Textoindependiente">
    <w:name w:val="Body Text"/>
    <w:basedOn w:val="Normal"/>
    <w:link w:val="TextoindependienteCar"/>
    <w:uiPriority w:val="99"/>
    <w:unhideWhenUsed/>
    <w:rsid w:val="00AA1D8D"/>
    <w:pPr>
      <w:spacing w:after="120"/>
    </w:pPr>
  </w:style>
  <w:style w:type="character" w:customStyle="1" w:styleId="TextoindependienteCar">
    <w:name w:val="Texto independiente Car"/>
    <w:basedOn w:val="Fuentedeprrafopredeter"/>
    <w:link w:val="Textoindependiente"/>
    <w:uiPriority w:val="99"/>
    <w:rsid w:val="00AA1D8D"/>
  </w:style>
  <w:style w:type="paragraph" w:styleId="Textoindependiente2">
    <w:name w:val="Body Text 2"/>
    <w:basedOn w:val="Normal"/>
    <w:link w:val="Textoindependiente2Car"/>
    <w:uiPriority w:val="99"/>
    <w:unhideWhenUsed/>
    <w:rsid w:val="00AA1D8D"/>
    <w:pPr>
      <w:spacing w:after="120" w:line="480" w:lineRule="auto"/>
    </w:pPr>
  </w:style>
  <w:style w:type="character" w:customStyle="1" w:styleId="Textoindependiente2Car">
    <w:name w:val="Texto independiente 2 Car"/>
    <w:basedOn w:val="Fuentedeprrafopredeter"/>
    <w:link w:val="Textoindependiente2"/>
    <w:uiPriority w:val="99"/>
    <w:rsid w:val="00AA1D8D"/>
  </w:style>
  <w:style w:type="paragraph" w:styleId="Textoindependiente3">
    <w:name w:val="Body Text 3"/>
    <w:basedOn w:val="Normal"/>
    <w:link w:val="Textoindependiente3C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Textoindependiente3Car">
    <w:name w:val="Texto independiente 3 Car"/>
    <w:basedOn w:val="Fuentedeprrafopredeter"/>
    <w:link w:val="Textoindependiente3"/>
    <w:uiPriority w:val="99"/>
    <w:rsid w:val="00AA1D8D"/>
    <w:rPr>
      <w:sz w:val="16"/>
      <w:szCs w:val="16"/>
    </w:rPr>
  </w:style>
  <w:style w:type="paragraph" w:styleId="Lista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a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a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aconvietas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aconvietas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aconvietas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aconnmeros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aconnmeros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aconnmeros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Continuarlista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Continuarlista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Continuarlista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Textomacro">
    <w:name w:val="macro"/>
    <w:link w:val="TextomacroC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TextomacroCar">
    <w:name w:val="Texto macro Car"/>
    <w:basedOn w:val="Fuentedeprrafopredeter"/>
    <w:link w:val="Textomacro"/>
    <w:uiPriority w:val="99"/>
    <w:rsid w:val="0029639D"/>
    <w:rPr>
      <w:rFonts w:ascii="Courier" w:hAnsi="Courier"/>
      <w:sz w:val="20"/>
      <w:szCs w:val="20"/>
    </w:rPr>
  </w:style>
  <w:style w:type="paragraph" w:styleId="Cita">
    <w:name w:val="Quote"/>
    <w:basedOn w:val="Normal"/>
    <w:next w:val="Normal"/>
    <w:link w:val="CitaCar"/>
    <w:uiPriority w:val="29"/>
    <w:qFormat/>
    <w:rsid w:val="00FC693F"/>
    <w:rPr>
      <w:i/>
      <w:iCs/>
      <w:color w:val="000000" w:themeColor="text1"/>
    </w:rPr>
  </w:style>
  <w:style w:type="character" w:customStyle="1" w:styleId="CitaCar">
    <w:name w:val="Cita Car"/>
    <w:basedOn w:val="Fuentedeprrafopredeter"/>
    <w:link w:val="Cita"/>
    <w:uiPriority w:val="29"/>
    <w:rsid w:val="00FC693F"/>
    <w:rPr>
      <w:i/>
      <w:iCs/>
      <w:color w:val="000000" w:themeColor="text1"/>
    </w:rPr>
  </w:style>
  <w:style w:type="character" w:customStyle="1" w:styleId="Ttulo4Car">
    <w:name w:val="Título 4 Car"/>
    <w:basedOn w:val="Fuentedeprrafopredeter"/>
    <w:link w:val="Ttulo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Ttulo5Car">
    <w:name w:val="Título 5 Car"/>
    <w:basedOn w:val="Fuentedeprrafopredeter"/>
    <w:link w:val="Ttulo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Ttulo6Car">
    <w:name w:val="Título 6 Car"/>
    <w:basedOn w:val="Fuentedeprrafopredeter"/>
    <w:link w:val="Ttulo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Ttulo7Car">
    <w:name w:val="Título 7 Car"/>
    <w:basedOn w:val="Fuentedeprrafopredeter"/>
    <w:link w:val="Ttulo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Ttulo8Car">
    <w:name w:val="Título 8 Car"/>
    <w:basedOn w:val="Fuentedeprrafopredeter"/>
    <w:link w:val="Ttulo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Ttulo9Car">
    <w:name w:val="Título 9 Car"/>
    <w:basedOn w:val="Fuentedeprrafopredeter"/>
    <w:link w:val="Ttulo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Descripci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Cs w:val="18"/>
    </w:rPr>
  </w:style>
  <w:style w:type="character" w:styleId="Fuerte">
    <w:name w:val="Strong"/>
    <w:basedOn w:val="Fuentedeprrafopredeter"/>
    <w:uiPriority w:val="22"/>
    <w:qFormat/>
    <w:rsid w:val="00FC693F"/>
    <w:rPr>
      <w:b/>
      <w:bCs/>
    </w:rPr>
  </w:style>
  <w:style w:type="character" w:styleId="nfasis">
    <w:name w:val="Emphasis"/>
    <w:basedOn w:val="Fuentedeprrafopredeter"/>
    <w:uiPriority w:val="20"/>
    <w:qFormat/>
    <w:rsid w:val="00FC693F"/>
    <w:rPr>
      <w:i/>
      <w:iCs/>
    </w:rPr>
  </w:style>
  <w:style w:type="paragraph" w:styleId="Citadestacada">
    <w:name w:val="Intense Quote"/>
    <w:basedOn w:val="Normal"/>
    <w:next w:val="Normal"/>
    <w:link w:val="CitadestacadaC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CitadestacadaCar">
    <w:name w:val="Cita destacada Car"/>
    <w:basedOn w:val="Fuentedeprrafopredeter"/>
    <w:link w:val="Citadestacada"/>
    <w:uiPriority w:val="30"/>
    <w:rsid w:val="00FC693F"/>
    <w:rPr>
      <w:b/>
      <w:bCs/>
      <w:i/>
      <w:iCs/>
      <w:color w:val="4F81BD" w:themeColor="accent1"/>
    </w:rPr>
  </w:style>
  <w:style w:type="character" w:styleId="nfasissutil">
    <w:name w:val="Subtle Emphasis"/>
    <w:basedOn w:val="Fuentedeprrafopredeter"/>
    <w:uiPriority w:val="19"/>
    <w:qFormat/>
    <w:rsid w:val="00FC693F"/>
    <w:rPr>
      <w:i/>
      <w:iCs/>
      <w:color w:val="808080" w:themeColor="text1" w:themeTint="7F"/>
    </w:rPr>
  </w:style>
  <w:style w:type="character" w:styleId="nfasisintenso">
    <w:name w:val="Intense Emphasis"/>
    <w:basedOn w:val="Fuentedeprrafopredeter"/>
    <w:uiPriority w:val="21"/>
    <w:qFormat/>
    <w:rsid w:val="00FC693F"/>
    <w:rPr>
      <w:b/>
      <w:bCs/>
      <w:i/>
      <w:iCs/>
      <w:color w:val="4F81BD" w:themeColor="accent1"/>
    </w:rPr>
  </w:style>
  <w:style w:type="character" w:styleId="Referenciasutil">
    <w:name w:val="Subtle Reference"/>
    <w:basedOn w:val="Fuentedeprrafopredeter"/>
    <w:uiPriority w:val="31"/>
    <w:qFormat/>
    <w:rsid w:val="00FC693F"/>
    <w:rPr>
      <w:smallCaps/>
      <w:color w:val="C0504D" w:themeColor="accent2"/>
      <w:u w:val="single"/>
    </w:rPr>
  </w:style>
  <w:style w:type="character" w:styleId="Referenciaintensa">
    <w:name w:val="Intense Reference"/>
    <w:basedOn w:val="Fuentedeprrafopredeter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Ttulodellibro">
    <w:name w:val="Book Title"/>
    <w:basedOn w:val="Fuentedeprrafopredeter"/>
    <w:uiPriority w:val="33"/>
    <w:qFormat/>
    <w:rsid w:val="00FC693F"/>
    <w:rPr>
      <w:b/>
      <w:bCs/>
      <w:smallCaps/>
      <w:spacing w:val="5"/>
    </w:rPr>
  </w:style>
  <w:style w:type="paragraph" w:styleId="TtuloTDC">
    <w:name w:val="TOC Heading"/>
    <w:basedOn w:val="Ttulo1"/>
    <w:next w:val="Normal"/>
    <w:uiPriority w:val="39"/>
    <w:semiHidden/>
    <w:unhideWhenUsed/>
    <w:qFormat/>
    <w:rsid w:val="00FC693F"/>
    <w:pPr>
      <w:outlineLvl w:val="9"/>
    </w:pPr>
  </w:style>
  <w:style w:type="table" w:styleId="Tablaconcuadrcula">
    <w:name w:val="Table Grid"/>
    <w:basedOn w:val="Tablanormal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Sombreadoclaro">
    <w:name w:val="Light Shading"/>
    <w:basedOn w:val="Tabla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Sombreadoclaro-nfasis1">
    <w:name w:val="Light Shading Accent 1"/>
    <w:basedOn w:val="Tabla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Sombreadoclaro-nfasis2">
    <w:name w:val="Light Shading Accent 2"/>
    <w:basedOn w:val="Tabla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Sombreadoclaro-nfasis3">
    <w:name w:val="Light Shading Accent 3"/>
    <w:basedOn w:val="Tabla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Sombreadoclaro-nfasis4">
    <w:name w:val="Light Shading Accent 4"/>
    <w:basedOn w:val="Tabla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Sombreadoclaro-nfasis5">
    <w:name w:val="Light Shading Accent 5"/>
    <w:basedOn w:val="Tabla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Sombreadoclaro-nfasis6">
    <w:name w:val="Light Shading Accent 6"/>
    <w:basedOn w:val="Tabla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staclara">
    <w:name w:val="Light List"/>
    <w:basedOn w:val="Tabla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staclara-nfasis1">
    <w:name w:val="Light List Accent 1"/>
    <w:basedOn w:val="Tabla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staclara-nfasis2">
    <w:name w:val="Light List Accent 2"/>
    <w:basedOn w:val="Tabla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staclara-nfasis3">
    <w:name w:val="Light List Accent 3"/>
    <w:basedOn w:val="Tabla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staclara-nfasis4">
    <w:name w:val="Light List Accent 4"/>
    <w:basedOn w:val="Tabla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staclara-nfasis5">
    <w:name w:val="Light List Accent 5"/>
    <w:basedOn w:val="Tabla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staclara-nfasis6">
    <w:name w:val="Light List Accent 6"/>
    <w:basedOn w:val="Tabla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Cuadrculaclara">
    <w:name w:val="Light Grid"/>
    <w:basedOn w:val="Tabla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Cuadrculaclara-nfasis1">
    <w:name w:val="Light Grid Accent 1"/>
    <w:basedOn w:val="Tabla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Cuadrculaclara-nfasis2">
    <w:name w:val="Light Grid Accent 2"/>
    <w:basedOn w:val="Tabla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Cuadrculaclara-nfasis3">
    <w:name w:val="Light Grid Accent 3"/>
    <w:basedOn w:val="Tabla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Cuadrculaclara-nfasis4">
    <w:name w:val="Light Grid Accent 4"/>
    <w:basedOn w:val="Tabla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Cuadrculaclara-nfasis5">
    <w:name w:val="Light Grid Accent 5"/>
    <w:basedOn w:val="Tabla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Cuadrculaclara-nfasis6">
    <w:name w:val="Light Grid Accent 6"/>
    <w:basedOn w:val="Tabla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Sombreadomedio1">
    <w:name w:val="Medium Shading 1"/>
    <w:basedOn w:val="Tabla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ombreadomedio1-nfasis1">
    <w:name w:val="Medium Shading 1 Accent 1"/>
    <w:basedOn w:val="Tabla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ombreadomedio1-nfasis2">
    <w:name w:val="Medium Shading 1 Accent 2"/>
    <w:basedOn w:val="Tabla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ombreadomedio1-nfasis3">
    <w:name w:val="Medium Shading 1 Accent 3"/>
    <w:basedOn w:val="Tabla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ombreadomedio1-nfasis4">
    <w:name w:val="Medium Shading 1 Accent 4"/>
    <w:basedOn w:val="Tabla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ombreadomedio1-nfasis5">
    <w:name w:val="Medium Shading 1 Accent 5"/>
    <w:basedOn w:val="Tabla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ombreadomedio1-nfasis6">
    <w:name w:val="Medium Shading 1 Accent 6"/>
    <w:basedOn w:val="Tabla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ombreadomedio2">
    <w:name w:val="Medium Shading 2"/>
    <w:basedOn w:val="Tabla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ombreadomedio2-nfasis1">
    <w:name w:val="Medium Shading 2 Accent 1"/>
    <w:basedOn w:val="Tabla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ombreadomedio2-nfasis2">
    <w:name w:val="Medium Shading 2 Accent 2"/>
    <w:basedOn w:val="Tabla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ombreadomedio2-nfasis3">
    <w:name w:val="Medium Shading 2 Accent 3"/>
    <w:basedOn w:val="Tabla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ombreadomedio2-nfasis4">
    <w:name w:val="Medium Shading 2 Accent 4"/>
    <w:basedOn w:val="Tabla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ombreadomedio2-nfasis5">
    <w:name w:val="Medium Shading 2 Accent 5"/>
    <w:basedOn w:val="Tabla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ombreadomedio2-nfasis6">
    <w:name w:val="Medium Shading 2 Accent 6"/>
    <w:basedOn w:val="Tabla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Listamedia1">
    <w:name w:val="Medium List 1"/>
    <w:basedOn w:val="Tabla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Listamedia1-nfasis1">
    <w:name w:val="Medium List 1 Accent 1"/>
    <w:basedOn w:val="Tabla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Listamedia1-nfasis2">
    <w:name w:val="Medium List 1 Accent 2"/>
    <w:basedOn w:val="Tabla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Listamedia1-nfasis3">
    <w:name w:val="Medium List 1 Accent 3"/>
    <w:basedOn w:val="Tabla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Listamedia1-nfasis4">
    <w:name w:val="Medium List 1 Accent 4"/>
    <w:basedOn w:val="Tabla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Listamedia1-nfasis5">
    <w:name w:val="Medium List 1 Accent 5"/>
    <w:basedOn w:val="Tabla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Listamedia1-nfasis6">
    <w:name w:val="Medium List 1 Accent 6"/>
    <w:basedOn w:val="Tabla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Listamedia2">
    <w:name w:val="Medium List 2"/>
    <w:basedOn w:val="Tabla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amedia2-nfasis1">
    <w:name w:val="Medium List 2 Accent 1"/>
    <w:basedOn w:val="Tabla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amedia2-nfasis2">
    <w:name w:val="Medium List 2 Accent 2"/>
    <w:basedOn w:val="Tabla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amedia2-nfasis3">
    <w:name w:val="Medium List 2 Accent 3"/>
    <w:basedOn w:val="Tabla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amedia2-nfasis4">
    <w:name w:val="Medium List 2 Accent 4"/>
    <w:basedOn w:val="Tabla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amedia2-nfasis5">
    <w:name w:val="Medium List 2 Accent 5"/>
    <w:basedOn w:val="Tabla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amedia2-nfasis6">
    <w:name w:val="Medium List 2 Accent 6"/>
    <w:basedOn w:val="Tabla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Cuadrculamedia1">
    <w:name w:val="Medium Grid 1"/>
    <w:basedOn w:val="Tabla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uadrculamedia1-nfasis1">
    <w:name w:val="Medium Grid 1 Accent 1"/>
    <w:basedOn w:val="Tabla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uadrculamedia1-nfasis2">
    <w:name w:val="Medium Grid 1 Accent 2"/>
    <w:basedOn w:val="Tabla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uadrculamedia1-nfasis3">
    <w:name w:val="Medium Grid 1 Accent 3"/>
    <w:basedOn w:val="Tabla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uadrculamedia1-nfasis4">
    <w:name w:val="Medium Grid 1 Accent 4"/>
    <w:basedOn w:val="Tabla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uadrculamedia1-nfasis5">
    <w:name w:val="Medium Grid 1 Accent 5"/>
    <w:basedOn w:val="Tabla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uadrculamedia1-nfasis6">
    <w:name w:val="Medium Grid 1 Accent 6"/>
    <w:basedOn w:val="Tabla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Cuadrculamedia2">
    <w:name w:val="Medium Grid 2"/>
    <w:basedOn w:val="Tabla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Cuadrculamedia2-nfasis1">
    <w:name w:val="Medium Grid 2 Accent 1"/>
    <w:basedOn w:val="Tabla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Cuadrculamedia2-nfasis2">
    <w:name w:val="Medium Grid 2 Accent 2"/>
    <w:basedOn w:val="Tabla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Cuadrculamedia2-nfasis3">
    <w:name w:val="Medium Grid 2 Accent 3"/>
    <w:basedOn w:val="Tabla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Cuadrculamedia2-nfasis4">
    <w:name w:val="Medium Grid 2 Accent 4"/>
    <w:basedOn w:val="Tabla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Cuadrculamedia2-nfasis5">
    <w:name w:val="Medium Grid 2 Accent 5"/>
    <w:basedOn w:val="Tabla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Cuadrculamedia2-nfasis6">
    <w:name w:val="Medium Grid 2 Accent 6"/>
    <w:basedOn w:val="Tabla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Cuadrculamedia3">
    <w:name w:val="Medium Grid 3"/>
    <w:basedOn w:val="Tabla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Cuadrculamedia3-nfasis1">
    <w:name w:val="Medium Grid 3 Accent 1"/>
    <w:basedOn w:val="Tabla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Cuadrculamedia3-nfasis2">
    <w:name w:val="Medium Grid 3 Accent 2"/>
    <w:basedOn w:val="Tabla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Cuadrculamedia3-nfasis3">
    <w:name w:val="Medium Grid 3 Accent 3"/>
    <w:basedOn w:val="Tabla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Cuadrculamedia3-nfasis4">
    <w:name w:val="Medium Grid 3 Accent 4"/>
    <w:basedOn w:val="Tabla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Cuadrculamedia3-nfasis5">
    <w:name w:val="Medium Grid 3 Accent 5"/>
    <w:basedOn w:val="Tabla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Cuadrculamedia3-nfasis6">
    <w:name w:val="Medium Grid 3 Accent 6"/>
    <w:basedOn w:val="Tabla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Listaoscura">
    <w:name w:val="Dark List"/>
    <w:basedOn w:val="Tabla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Listaoscura-nfasis1">
    <w:name w:val="Dark List Accent 1"/>
    <w:basedOn w:val="Tabla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Listaoscura-nfasis2">
    <w:name w:val="Dark List Accent 2"/>
    <w:basedOn w:val="Tabla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Listaoscura-nfasis3">
    <w:name w:val="Dark List Accent 3"/>
    <w:basedOn w:val="Tabla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Listaoscura-nfasis4">
    <w:name w:val="Dark List Accent 4"/>
    <w:basedOn w:val="Tabla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Listaoscura-nfasis5">
    <w:name w:val="Dark List Accent 5"/>
    <w:basedOn w:val="Tabla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Listaoscura-nfasis6">
    <w:name w:val="Dark List Accent 6"/>
    <w:basedOn w:val="Tabla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Sombreadovistoso">
    <w:name w:val="Colorful Shading"/>
    <w:basedOn w:val="Tabla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ombreadovistoso-nfasis1">
    <w:name w:val="Colorful Shading Accent 1"/>
    <w:basedOn w:val="Tabla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ombreadovistoso-nfasis2">
    <w:name w:val="Colorful Shading Accent 2"/>
    <w:basedOn w:val="Tabla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ombreadovistoso-nfasis3">
    <w:name w:val="Colorful Shading Accent 3"/>
    <w:basedOn w:val="Tabla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Sombreadovistoso-nfasis4">
    <w:name w:val="Colorful Shading Accent 4"/>
    <w:basedOn w:val="Tabla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ombreadovistoso-nfasis5">
    <w:name w:val="Colorful Shading Accent 5"/>
    <w:basedOn w:val="Tabla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ombreadovistoso-nfasis6">
    <w:name w:val="Colorful Shading Accent 6"/>
    <w:basedOn w:val="Tabla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Listavistosa">
    <w:name w:val="Colorful List"/>
    <w:basedOn w:val="Tabla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Listavistosa-nfasis1">
    <w:name w:val="Colorful List Accent 1"/>
    <w:basedOn w:val="Tabla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Listavistosa-nfasis2">
    <w:name w:val="Colorful List Accent 2"/>
    <w:basedOn w:val="Tabla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Listavistosa-nfasis3">
    <w:name w:val="Colorful List Accent 3"/>
    <w:basedOn w:val="Tabla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Listavistosa-nfasis4">
    <w:name w:val="Colorful List Accent 4"/>
    <w:basedOn w:val="Tabla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Listavistosa-nfasis5">
    <w:name w:val="Colorful List Accent 5"/>
    <w:basedOn w:val="Tabla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Listavistosa-nfasis6">
    <w:name w:val="Colorful List Accent 6"/>
    <w:basedOn w:val="Tabla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uadrculavistosa">
    <w:name w:val="Colorful Grid"/>
    <w:basedOn w:val="Tabla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uadrculavistosa-nfasis1">
    <w:name w:val="Colorful Grid Accent 1"/>
    <w:basedOn w:val="Tabla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uadrculavistosa-nfasis2">
    <w:name w:val="Colorful Grid Accent 2"/>
    <w:basedOn w:val="Tabla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uadrculavistosa-nfasis3">
    <w:name w:val="Colorful Grid Accent 3"/>
    <w:basedOn w:val="Tabla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uadrculavistosa-nfasis4">
    <w:name w:val="Colorful Grid Accent 4"/>
    <w:basedOn w:val="Tabla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uadrculavistosa-nfasis5">
    <w:name w:val="Colorful Grid Accent 5"/>
    <w:basedOn w:val="Tabla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uadrculavistosa-nfasis6">
    <w:name w:val="Colorful Grid Accent 6"/>
    <w:basedOn w:val="Tabla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character" w:styleId="Hipervnculo">
    <w:name w:val="Hyperlink"/>
    <w:basedOn w:val="Fuentedeprrafopredeter"/>
    <w:uiPriority w:val="99"/>
    <w:unhideWhenUsed/>
    <w:rsid w:val="00BA3266"/>
    <w:rPr>
      <w:color w:val="0000FF" w:themeColor="hyperlink"/>
      <w:u w:val="single"/>
    </w:rPr>
  </w:style>
  <w:style w:type="character" w:styleId="Mencinsinresolver">
    <w:name w:val="Unresolved Mention"/>
    <w:basedOn w:val="Fuentedeprrafopredeter"/>
    <w:uiPriority w:val="99"/>
    <w:semiHidden/>
    <w:unhideWhenUsed/>
    <w:rsid w:val="00BA3266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14</TotalTime>
  <Pages>1</Pages>
  <Words>208</Words>
  <Characters>1144</Characters>
  <Application>Microsoft Office Word</Application>
  <DocSecurity>0</DocSecurity>
  <Lines>9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1350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>Víctor Hernández</cp:lastModifiedBy>
  <cp:revision>15</cp:revision>
  <dcterms:created xsi:type="dcterms:W3CDTF">2013-12-23T23:15:00Z</dcterms:created>
  <dcterms:modified xsi:type="dcterms:W3CDTF">2026-10-14T12:25:00Z</dcterms:modified>
  <cp:category/>
</cp:coreProperties>
</file>